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B146" w14:textId="77777777" w:rsidR="009E641B" w:rsidRDefault="00000000">
      <w:r>
        <w:rPr>
          <w:b/>
          <w:sz w:val="32"/>
        </w:rPr>
        <w:t>Cedrix Joseph N. Topacio</w:t>
      </w:r>
    </w:p>
    <w:p w14:paraId="28149356" w14:textId="75106241" w:rsidR="009E641B" w:rsidRDefault="00C9741A">
      <w:r>
        <w:t>Silang, Cavite, Philippines | +63 945 829 7507 | cedrix.topacio99@gmail.com | https://www.linkedin.com/in/cedrix-joseph-topacio</w:t>
      </w:r>
    </w:p>
    <w:p w14:paraId="386519F7" w14:textId="77777777" w:rsidR="009E641B" w:rsidRDefault="009E641B"/>
    <w:p w14:paraId="19A1FCC3" w14:textId="77777777" w:rsidR="009E641B" w:rsidRDefault="00000000">
      <w:r>
        <w:rPr>
          <w:b/>
        </w:rPr>
        <w:t>EDUCATION</w:t>
      </w:r>
    </w:p>
    <w:p w14:paraId="766A8B1F" w14:textId="77777777" w:rsidR="009E641B" w:rsidRDefault="00000000">
      <w:r>
        <w:t>Mapúa Malayan Colleges Laguna — BS Information Technology (IoT Track)</w:t>
      </w:r>
      <w:r>
        <w:br/>
        <w:t>Expected Graduation: 2026–2027</w:t>
      </w:r>
      <w:r>
        <w:br/>
      </w:r>
      <w:r>
        <w:br/>
        <w:t>De La Salle University - Integrated School — ABM Strand (Senior High School)</w:t>
      </w:r>
    </w:p>
    <w:p w14:paraId="70680CA2" w14:textId="77777777" w:rsidR="009E641B" w:rsidRDefault="009E641B"/>
    <w:p w14:paraId="62B9A41A" w14:textId="77777777" w:rsidR="009E641B" w:rsidRDefault="00000000">
      <w:r>
        <w:rPr>
          <w:b/>
        </w:rPr>
        <w:t>TECHNICAL SKILLS</w:t>
      </w:r>
    </w:p>
    <w:p w14:paraId="06D96007" w14:textId="38076CA4" w:rsidR="009E641B" w:rsidRDefault="00000000">
      <w:r>
        <w:t>Programming: C#, Python, Arduino</w:t>
        <w:br/>
        <w:t>Web Development: HTML, CSS, JS</w:t>
        <w:br/>
        <w:t>Tools &amp; Platforms: Arduino IDE, XAMPP, Azure, SQL Server Management Studio 22, Cisco Packet Tracer, Android Studio</w:t>
        <w:br/>
        <w:t>IoT &amp; Systems: Sensor Integration, Microcontrollers, Basic Networking</w:t>
        <w:br/>
        <w:t>Microsoft 365: SharePoint, Microsoft Lists, Power Automate, Power Apps (learned during OJT at Integrated Micro-electronics Inc.)</w:t>
      </w:r>
    </w:p>
    <w:p w14:paraId="5C459334" w14:textId="77777777" w:rsidR="009E641B" w:rsidRDefault="009E641B"/>
    <w:p w14:paraId="742D279A" w14:textId="77777777" w:rsidR="009E641B" w:rsidRDefault="00000000">
      <w:r>
        <w:rPr>
          <w:b/>
        </w:rPr>
        <w:t>PROJECTS</w:t>
      </w:r>
    </w:p>
    <w:p w14:paraId="0643D96E" w14:textId="77777777" w:rsidR="009E641B" w:rsidRDefault="00000000">
      <w:r>
        <w:t>IMI Inventory Management System MS365 (OJT project - work in progress)</w:t>
        <w:br/>
        <w:t>- Developing an inventory management system during on-the-job training at Integrated Micro-electronics Inc.</w:t>
        <w:br/>
        <w:t>- Applying Microsoft 365 learning with SharePoint, Microsoft Lists, Power Automate, and Power Apps</w:t>
      </w:r>
    </w:p>
    <w:p w14:paraId="03552680" w14:textId="40FA8E41" w:rsidR="009E641B" w:rsidRDefault="00000000">
      <w:r>
        <w:t>AirAlert – Mobile-Based Indoor Air Quality Monitoring System (Capstone</w:t>
      </w:r>
      <w:r w:rsidR="00FD3F5F">
        <w:t xml:space="preserve"> 1</w:t>
      </w:r>
      <w:r>
        <w:t xml:space="preserve"> Project)</w:t>
      </w:r>
      <w:r>
        <w:br/>
        <w:t>- Develop</w:t>
      </w:r>
      <w:r w:rsidR="00FD3F5F">
        <w:t>ing</w:t>
      </w:r>
      <w:r>
        <w:t xml:space="preserve"> an IoT-based system for real-time monitoring of indoor air pollutants including CO, NO2, VOCs, PM2.5, and LPG</w:t>
      </w:r>
      <w:r>
        <w:br/>
        <w:t>- Integrat</w:t>
      </w:r>
      <w:r w:rsidR="00FD3F5F">
        <w:t>ing</w:t>
      </w:r>
      <w:r>
        <w:t xml:space="preserve"> multiple sensors with Arduino Uno and mobile application for live data visualization and alert notifications</w:t>
      </w:r>
      <w:r>
        <w:br/>
        <w:t>- Implement</w:t>
      </w:r>
      <w:r w:rsidR="00FD3F5F">
        <w:t>ing</w:t>
      </w:r>
      <w:r>
        <w:t xml:space="preserve"> threshold-based alert system (safe, warning, critical) to enhance safety in small-scale industries</w:t>
      </w:r>
      <w:r>
        <w:br/>
        <w:t xml:space="preserve">- </w:t>
      </w:r>
      <w:r w:rsidR="00FD3F5F">
        <w:t>Will c</w:t>
      </w:r>
      <w:r>
        <w:t>onduct system testing including calibration, accuracy validation, and user acceptance testing</w:t>
      </w:r>
      <w:r>
        <w:br/>
        <w:t>- Design</w:t>
      </w:r>
      <w:r w:rsidR="00FD3F5F">
        <w:t>ing a</w:t>
      </w:r>
      <w:r>
        <w:t xml:space="preserve"> system to improve workplace safety and support compliance with air quality standards</w:t>
      </w:r>
    </w:p>
    <w:p w14:paraId="74B2B12C" w14:textId="77777777" w:rsidR="009E641B" w:rsidRDefault="00000000">
      <w:pPr>
        <w:keepLines/>
        <w:pageBreakBefore/>
      </w:pPr>
      <w:r>
        <w:t>IoT Parking Sensor System</w:t>
      </w:r>
      <w:r>
        <w:br/>
        <w:t>- Designed and built an Arduino-based ultrasonic distance detection system</w:t>
      </w:r>
      <w:r>
        <w:br/>
        <w:t>- Implemented multi-level buzzer alerts for safe, close, and critical distances</w:t>
      </w:r>
      <w:r>
        <w:br/>
        <w:t>- Developed mobile app for real-time distance monitoring</w:t>
      </w:r>
      <w:r>
        <w:br/>
        <w:t>- Built functional prototype using custom model setup</w:t>
      </w:r>
    </w:p>
    <w:p w14:paraId="0643D96E" w14:textId="77777777" w:rsidR="009E641B" w:rsidRDefault="00000000">
      <w:pPr>
        <w:keepLines/>
      </w:pPr>
      <w:r>
        <w:lastRenderedPageBreak/>
        <w:t>Inventory Management System (Sari-Sari Store)</w:t>
      </w:r>
      <w:r>
        <w:br/>
        <w:t>- Developed a system to track inventory using real store data</w:t>
      </w:r>
      <w:r>
        <w:br/>
        <w:t>- Improved organization and monitoring of store products</w:t>
      </w:r>
    </w:p>
    <w:p w14:paraId="73F8FF7D" w14:textId="77777777" w:rsidR="009E641B" w:rsidRDefault="00000000">
      <w:pPr>
        <w:keepLines/>
      </w:pPr>
      <w:r>
        <w:t>Tic Tac Toe Game</w:t>
      </w:r>
      <w:r>
        <w:br/>
        <w:t>- Developed a 3x3 grid-based game with AI and multiplayer modes</w:t>
      </w:r>
      <w:r>
        <w:br/>
        <w:t>- Implemented scoring system and difficulty levels</w:t>
      </w:r>
    </w:p>
    <w:p w14:paraId="326E56E5" w14:textId="77777777" w:rsidR="009E641B" w:rsidRDefault="00000000">
      <w:pPr>
        <w:keepLines/>
      </w:pPr>
      <w:r>
        <w:t>4 Pics 1 Word Game</w:t>
      </w:r>
      <w:r>
        <w:br/>
        <w:t>- Created a simple interactive game application as a first-year project</w:t>
      </w:r>
    </w:p>
    <w:p w14:paraId="4E086C07" w14:textId="77777777" w:rsidR="009E641B" w:rsidRDefault="009E641B"/>
    <w:p w14:paraId="34252468" w14:textId="77777777" w:rsidR="009E641B" w:rsidRDefault="00000000">
      <w:r>
        <w:rPr>
          <w:b/>
        </w:rPr>
        <w:t>EXPERIENCE</w:t>
      </w:r>
    </w:p>
    <w:p w14:paraId="0643D96E" w14:textId="77777777" w:rsidR="009E641B" w:rsidRDefault="00000000">
      <w:pPr>
        <w:keepLines/>
      </w:pPr>
      <w:r>
        <w:t>On-the-Job Training - Integrated Micro-electronics Inc. (Ongoing)</w:t>
        <w:br/>
        <w:t>- Learning SharePoint, Microsoft Lists, Power Automate, and Power Apps</w:t>
        <w:br/>
        <w:t>- Developing the IMI Inventory Management System MS365 as an ongoing OJT project</w:t>
      </w:r>
    </w:p>
    <w:p w14:paraId="0FF277C9" w14:textId="71D6BF44" w:rsidR="009E641B" w:rsidRDefault="00000000">
      <w:pPr>
        <w:keepLines/>
      </w:pPr>
      <w:r>
        <w:t>Python Instructor (Volunteer</w:t>
      </w:r>
      <w:r w:rsidR="00C9741A">
        <w:t xml:space="preserve"> (1-day)</w:t>
      </w:r>
      <w:r>
        <w:t>)</w:t>
      </w:r>
      <w:r>
        <w:br/>
        <w:t>- Taught basic Python programming concepts to students</w:t>
      </w:r>
      <w:r>
        <w:br/>
        <w:t>- Assisted learners in understanding programming fundamentals</w:t>
      </w:r>
    </w:p>
    <w:p w14:paraId="63EA10DD" w14:textId="77777777" w:rsidR="009E641B" w:rsidRDefault="009E641B"/>
    <w:p w14:paraId="2595ECFE" w14:textId="77777777" w:rsidR="009E641B" w:rsidRDefault="00000000">
      <w:r>
        <w:rPr>
          <w:b/>
        </w:rPr>
        <w:t>CERTIFICATIONS</w:t>
      </w:r>
    </w:p>
    <w:p w14:paraId="03B185AC" w14:textId="77777777" w:rsidR="009E641B" w:rsidRDefault="00000000">
      <w:r>
        <w:t>Research Congress Presenter – De La Salle University (2020)</w:t>
      </w:r>
      <w:r>
        <w:br/>
        <w:t>Workshop Participant – Mapúa Malayan Colleges Laguna (2025)</w:t>
      </w:r>
    </w:p>
    <w:p w14:paraId="4C61D034" w14:textId="77777777" w:rsidR="009E641B" w:rsidRDefault="009E641B"/>
    <w:p w14:paraId="5F7D47FC" w14:textId="77777777" w:rsidR="009E641B" w:rsidRDefault="00000000">
      <w:r>
        <w:rPr>
          <w:b/>
        </w:rPr>
        <w:t>ADDITIONAL INFORMATION</w:t>
      </w:r>
    </w:p>
    <w:p w14:paraId="1B21545B" w14:textId="246F5AF4" w:rsidR="00FD3F5F" w:rsidRDefault="00000000" w:rsidP="00FD3F5F">
      <w:r>
        <w:t>- Currently undertaking OJT at Integrated Micro-electronics Inc.</w:t>
        <w:br/>
        <w:t>- Strong interest in IoT, software development, web technologies, and Microsoft 365</w:t>
        <w:br/>
        <w:t>- Languages: English, Filipino</w:t>
      </w:r>
    </w:p>
    <w:p w14:paraId="3D8075FF" w14:textId="68ADE1BA" w:rsidR="00FD3F5F" w:rsidRDefault="00FD3F5F"/>
    <w:sectPr w:rsidR="00FD3F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7768648">
    <w:abstractNumId w:val="8"/>
  </w:num>
  <w:num w:numId="2" w16cid:durableId="522744199">
    <w:abstractNumId w:val="6"/>
  </w:num>
  <w:num w:numId="3" w16cid:durableId="513956189">
    <w:abstractNumId w:val="5"/>
  </w:num>
  <w:num w:numId="4" w16cid:durableId="1036127951">
    <w:abstractNumId w:val="4"/>
  </w:num>
  <w:num w:numId="5" w16cid:durableId="840317715">
    <w:abstractNumId w:val="7"/>
  </w:num>
  <w:num w:numId="6" w16cid:durableId="1820998901">
    <w:abstractNumId w:val="3"/>
  </w:num>
  <w:num w:numId="7" w16cid:durableId="245656085">
    <w:abstractNumId w:val="2"/>
  </w:num>
  <w:num w:numId="8" w16cid:durableId="699934086">
    <w:abstractNumId w:val="1"/>
  </w:num>
  <w:num w:numId="9" w16cid:durableId="1044018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10E5"/>
    <w:rsid w:val="009E641B"/>
    <w:rsid w:val="00AA1D8D"/>
    <w:rsid w:val="00B47730"/>
    <w:rsid w:val="00C9741A"/>
    <w:rsid w:val="00CB0664"/>
    <w:rsid w:val="00EF5D7D"/>
    <w:rsid w:val="00F0498F"/>
    <w:rsid w:val="00FC693F"/>
    <w:rsid w:val="00FD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524F4"/>
  <w14:defaultImageDpi w14:val="300"/>
  <w15:docId w15:val="{CBD22E4F-0514-480D-96E3-DEF7B6E1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974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329</Words>
  <Characters>2096</Characters>
  <Application>Microsoft Office Word</Application>
  <DocSecurity>0</DocSecurity>
  <Lines>56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15858</cp:lastModifiedBy>
  <cp:revision>4</cp:revision>
  <dcterms:created xsi:type="dcterms:W3CDTF">2013-12-23T23:15:00Z</dcterms:created>
  <dcterms:modified xsi:type="dcterms:W3CDTF">2026-03-19T02:23:00Z</dcterms:modified>
  <cp:category/>
</cp:coreProperties>
</file>